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Tony</w:t>
      </w:r>
    </w:p>
    <w:p>
      <w:pPr>
        <w:jc w:val="center"/>
      </w:pPr>
      <w:r>
        <w:t>AI Automation Developer | Business Systems Architect</w:t>
      </w:r>
    </w:p>
    <w:p>
      <w:pPr>
        <w:jc w:val="center"/>
      </w:pPr>
      <w:r>
        <w:t>Toronto, Ontario, Canada</w:t>
      </w:r>
      <w:r>
        <w:t xml:space="preserve"> | </w:t>
      </w:r>
      <w:r>
        <w:t>437-246-3596</w:t>
      </w:r>
      <w:r>
        <w:t xml:space="preserve"> | </w:t>
      </w:r>
      <w:hyperlink r:id="rId9">
        <w:r>
          <w:rPr>
            <w:color w:val="000000"/>
            <w:u w:val="single"/>
          </w:rPr>
          <w:t xml:space="preserve">tony@6ixonline.com</w:t>
        </w:r>
      </w:hyperlink>
      <w:r>
        <w:t xml:space="preserve"> | </w:t>
      </w:r>
      <w:hyperlink r:id="rId10">
        <w:r>
          <w:rPr>
            <w:color w:val="000000"/>
            <w:u w:val="single"/>
          </w:rPr>
          <w:t xml:space="preserve">6ixtony.com</w:t>
        </w:r>
      </w:hyperlink>
      <w:r>
        <w:t xml:space="preserve"> | </w:t>
      </w:r>
      <w:hyperlink r:id="rId11">
        <w:r>
          <w:rPr>
            <w:color w:val="000000"/>
            <w:u w:val="single"/>
          </w:rPr>
          <w:t xml:space="preserve">linkedin.com/in/tonyiys</w:t>
        </w:r>
      </w:hyperlink>
      <w:r>
        <w:t xml:space="preserve"> | </w:t>
      </w:r>
      <w:hyperlink r:id="rId12">
        <w:r>
          <w:rPr>
            <w:color w:val="000000"/>
            <w:u w:val="single"/>
          </w:rPr>
          <w:t xml:space="preserve">github.com/6ixtony</w:t>
        </w:r>
      </w:hyperlink>
    </w:p>
    <w:p>
      <w:pPr>
        <w:pStyle w:val="Heading1"/>
      </w:pPr>
      <w:r>
        <w:t>PROFESSIONAL SUMMARY</w:t>
      </w:r>
    </w:p>
    <w:p>
      <w:r>
        <w:t>AI automation developer and founder of 6ixOnline, based in Toronto. Builds AI agent workflows, local AI setups with open-weight models, and business automation systems that connect marketing, customer enquiries and day-to-day operations. Hands-on experience across web development, paid social campaigns, booking and lead workflows, and customer service. Currently studying Computer Systems Technician at Seneca Polytechnic.</w:t>
      </w:r>
    </w:p>
    <w:p>
      <w:pPr>
        <w:pStyle w:val="Heading1"/>
      </w:pPr>
      <w:r>
        <w:t>TECHNICAL SKILLS</w:t>
      </w:r>
    </w:p>
    <w:p>
      <w:r>
        <w:rPr>
          <w:b/>
        </w:rPr>
        <w:t xml:space="preserve">AI Agent Engineering: </w:t>
      </w:r>
      <w:r>
        <w:t>Claude and Anthropic API, OpenAI / ChatGPT, LLM integration and tool calling, prompt design and structured outputs, workflow automation. Exploring: Grok and xAI API, multi-agent orchestration, supervised agents with human approval</w:t>
      </w:r>
    </w:p>
    <w:p>
      <w:r>
        <w:rPr>
          <w:b/>
        </w:rPr>
        <w:t xml:space="preserve">Private AI &amp; GPU Inference: </w:t>
      </w:r>
      <w:r>
        <w:t>Ollama, Llama- and Mistral-family open-weight models, local inference APIs, Whisper, ElevenLabs. Exploring: llama.cpp and quantization, RAG and vector search, Docker model serving. Studying: GPU inference and vLLM (NVIDIA AI Infrastructure and Operations, in progress)</w:t>
      </w:r>
    </w:p>
    <w:p>
      <w:r>
        <w:rPr>
          <w:b/>
        </w:rPr>
        <w:t xml:space="preserve">Business Automation Architecture: </w:t>
      </w:r>
      <w:r>
        <w:t>Booking and confirmation workflows, lead management, SOP documentation, operational reporting, REST APIs, input validation. Designing: webhooks and event triggers, approval workflows, monitoring and audit logs</w:t>
      </w:r>
    </w:p>
    <w:p>
      <w:r>
        <w:rPr>
          <w:b/>
        </w:rPr>
        <w:t xml:space="preserve">Development: </w:t>
      </w:r>
      <w:r>
        <w:t>React, TypeScript, JavaScript, HTML, CSS, Tailwind CSS, TanStack Start, Python, Flask, C#, Git, GitHub, Vercel</w:t>
      </w:r>
    </w:p>
    <w:p>
      <w:r>
        <w:rPr>
          <w:b/>
        </w:rPr>
        <w:t xml:space="preserve">Marketing &amp; Growth: </w:t>
      </w:r>
      <w:r>
        <w:t>Meta Ads, Google Ads, Google Business Profile, lead generation, analytics and conversion tracking, landing pages</w:t>
      </w:r>
    </w:p>
    <w:p>
      <w:r>
        <w:rPr>
          <w:b/>
        </w:rPr>
        <w:t xml:space="preserve">Operations: </w:t>
      </w:r>
      <w:r>
        <w:t>Scheduling, customer service, B2B outreach, project management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Tours Admin and Social Growth — Present</w:t>
      </w:r>
    </w:p>
    <w:p>
      <w:r>
        <w:t>Tourcan Vacations | Toronto, ON (Hybrid) | Permanent, part-time</w:t>
      </w:r>
    </w:p>
    <w:p>
      <w:pPr>
        <w:pStyle w:val="ListBullet"/>
      </w:pPr>
      <w:r>
        <w:t>Plan and produce content calendars, destination campaigns, seasonal promotions, social posts, posters and advertising creative.</w:t>
      </w:r>
    </w:p>
    <w:p>
      <w:pPr>
        <w:pStyle w:val="ListBullet"/>
      </w:pPr>
      <w:r>
        <w:t>Support paid social advertising, campaign tracking and Google Business Profile management to strengthen local visibility.</w:t>
      </w:r>
    </w:p>
    <w:p>
      <w:pPr>
        <w:pStyle w:val="ListBullet"/>
      </w:pPr>
      <w:r>
        <w:t>Assisted with development and improvements to the company website, supporting lead capture, analytics and technical needs.</w:t>
      </w:r>
    </w:p>
    <w:p>
      <w:pPr>
        <w:pStyle w:val="ListBullet"/>
      </w:pPr>
      <w:r>
        <w:t>Provide tours administration and day-to-day operational support.</w:t>
      </w:r>
    </w:p>
    <w:p>
      <w:pPr>
        <w:pStyle w:val="Heading2"/>
      </w:pPr>
      <w:r>
        <w:t>Customer Service Representative — Present</w:t>
      </w:r>
    </w:p>
    <w:p>
      <w:r>
        <w:t>Seneca Recreation, Seneca Polytechnic | Toronto, ON</w:t>
      </w:r>
    </w:p>
    <w:p>
      <w:pPr>
        <w:pStyle w:val="ListBullet"/>
      </w:pPr>
      <w:r>
        <w:t>Assist students and guests with enquiries and day-to-day service needs.</w:t>
      </w:r>
    </w:p>
    <w:p>
      <w:pPr>
        <w:pStyle w:val="ListBullet"/>
      </w:pPr>
      <w:r>
        <w:t>Help maintain a welcoming, organized experience for recreation users.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VARCENNE Chauffeurs — Client project | varcennelimo.com</w:t>
      </w:r>
    </w:p>
    <w:p>
      <w:pPr>
        <w:pStyle w:val="ListBullet"/>
      </w:pPr>
      <w:r>
        <w:t>Built a brand website with a quote request flow for a Toronto private chauffeur company.</w:t>
      </w:r>
    </w:p>
    <w:p>
      <w:pPr>
        <w:pStyle w:val="ListBullet"/>
      </w:pPr>
      <w:r>
        <w:t>Created Google Business Profile visuals from real fleet photography.</w:t>
      </w:r>
    </w:p>
    <w:p>
      <w:pPr>
        <w:pStyle w:val="Heading2"/>
      </w:pPr>
      <w:r>
        <w:t>Star Chauffeur Toronto — Client project | starchauffeurtoronto.com</w:t>
      </w:r>
    </w:p>
    <w:p>
      <w:pPr>
        <w:pStyle w:val="ListBullet"/>
      </w:pPr>
      <w:r>
        <w:t>Supported the website, enquiry flow, lead pipeline and Meta advertising.</w:t>
      </w:r>
    </w:p>
    <w:p>
      <w:pPr>
        <w:pStyle w:val="ListBullet"/>
      </w:pPr>
      <w:r>
        <w:t>Supported booking, confirmation, payment, invoice and receipt workflows.</w:t>
      </w:r>
    </w:p>
    <w:p>
      <w:pPr>
        <w:pStyle w:val="ListBullet"/>
      </w:pPr>
      <w:r>
        <w:t>Wrote operating procedures for airport, VIP, multi-stop, cancellation and wait-time scenarios.</w:t>
      </w:r>
    </w:p>
    <w:p>
      <w:pPr>
        <w:pStyle w:val="Heading2"/>
      </w:pPr>
      <w:r>
        <w:t>6ixtony.com — Personal project | 6ixtony.com</w:t>
      </w:r>
    </w:p>
    <w:p>
      <w:pPr>
        <w:pStyle w:val="ListBullet"/>
      </w:pPr>
      <w:r>
        <w:t>Designed and built a portfolio in React, TypeScript and TanStack Start, including an interactive automation architect and a structured library of 24 automation blueprints.</w:t>
      </w:r>
    </w:p>
    <w:p>
      <w:pPr>
        <w:pStyle w:val="ListBullet"/>
      </w:pPr>
      <w:r>
        <w:t>Deployed and maintained on Vercel with server rendering, structured data and a sitemap.</w:t>
      </w:r>
    </w:p>
    <w:p>
      <w:pPr>
        <w:pStyle w:val="Heading2"/>
      </w:pPr>
      <w:r>
        <w:t>VARY Markets — Independent product | varymarkets.com</w:t>
      </w:r>
    </w:p>
    <w:p>
      <w:pPr>
        <w:pStyle w:val="ListBullet"/>
      </w:pPr>
      <w:r>
        <w:t>Live prediction-markets site that shows an independent probability beside each market price.</w:t>
      </w:r>
    </w:p>
    <w:p>
      <w:pPr>
        <w:pStyle w:val="Heading1"/>
      </w:pPr>
      <w:r>
        <w:t>EDUCATION</w:t>
      </w:r>
    </w:p>
    <w:p>
      <w:pPr>
        <w:pStyle w:val="Heading2"/>
      </w:pPr>
      <w:r>
        <w:t>Computer Systems Technician — In progress</w:t>
      </w:r>
    </w:p>
    <w:p>
      <w:r>
        <w:t>Seneca Polytechnic, Toronto, ON</w:t>
      </w:r>
    </w:p>
    <w:p>
      <w:pPr>
        <w:pStyle w:val="Heading2"/>
      </w:pPr>
      <w:r>
        <w:t>High School Diploma, Computer Science — 2021 – 2023</w:t>
      </w:r>
    </w:p>
    <w:p>
      <w:r>
        <w:t>St. Antony's Public School</w:t>
      </w:r>
    </w:p>
    <w:p>
      <w:pPr>
        <w:pStyle w:val="Heading1"/>
      </w:pPr>
      <w:r>
        <w:t>CERTIFICATIONS</w:t>
      </w:r>
    </w:p>
    <w:p>
      <w:pPr>
        <w:pStyle w:val="ListBullet"/>
      </w:pPr>
      <w:r>
        <w:t>Google Project Management Certificate | Google Career Certificates | January 2025</w:t>
      </w:r>
    </w:p>
    <w:p>
      <w:pPr>
        <w:pStyle w:val="ListBullet"/>
      </w:pPr>
      <w:r>
        <w:t>Programming in C# | Udemy | December 2024</w:t>
      </w:r>
    </w:p>
    <w:p>
      <w:pPr>
        <w:pStyle w:val="ListBullet"/>
      </w:pPr>
      <w:r>
        <w:t>Python Programming | HCL GUVI | March 2023</w:t>
      </w:r>
    </w:p>
    <w:p>
      <w:pPr>
        <w:pStyle w:val="ListBullet"/>
      </w:pPr>
      <w:r>
        <w:t>First Aid &amp; CPR</w:t>
      </w:r>
    </w:p>
    <w:p>
      <w:pPr>
        <w:pStyle w:val="ListBullet"/>
      </w:pPr>
      <w:r>
        <w:t>Smart Serve | Smart Serve Ontario</w:t>
      </w:r>
    </w:p>
    <w:p>
      <w:r>
        <w:rPr>
          <w:b/>
        </w:rPr>
        <w:t xml:space="preserve">In progress: </w:t>
      </w:r>
      <w:r>
        <w:t>AWS Certified Cloud Practitioner (CLF-C02), Microsoft Azure Fundamentals (AZ-900), CompTIA Security+ (SY0-701), Cisco CCNA, Microsoft Azure AI Engineer Associate (AI-102), NVIDIA AI Infrastructure and Operations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tony@6ixonline.com" TargetMode="External"/><Relationship Id="rId10" Type="http://schemas.openxmlformats.org/officeDocument/2006/relationships/hyperlink" Target="https://www.6ixtony.com" TargetMode="External"/><Relationship Id="rId11" Type="http://schemas.openxmlformats.org/officeDocument/2006/relationships/hyperlink" Target="https://www.linkedin.com/in/tonyiys/" TargetMode="External"/><Relationship Id="rId12" Type="http://schemas.openxmlformats.org/officeDocument/2006/relationships/hyperlink" Target="https://github.com/6ixt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Tony — Résumé</dc:title>
  <dc:subject/>
  <dc:creator>Tony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